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וסימנים של ראש השנה ואת המשמעות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מה שנשאר קבוע במסורת לבין מה שמשתנה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איחולים ומשחקי מילים בהשראת סימני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שנים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יהי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הליכה למקור מים והשלכת פירורים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מנגינת תקיעת השופר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כולם מכירים את התפוח בדבש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מגוון מנהגים בין משפחות ותרבויות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מכינים שופר באופן 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מציע אפשרות כזו לכל תלמיד ותלמידה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עדן רוצה שכל שנים עשר הסימנים יהיו על השולחן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מחפשים מילה שנשמעת דומה לשם המאכל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יהי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(איחול לשנה 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(איחול לשנה מלאה מצוות כמו גרעינים)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(צליל שמעורר ללב ולתשובה)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(השלכת חטאים סמלית 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(איחול שהאויבים יכרתו)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הכנת צלחת הסימנים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מאכל מוכר או מאכל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מילה שנשמעת דומה לשם המאכל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איחול שמתחיל ב'יהי רצון ש...'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ציירו את המאכל על צלחת נייר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חברו את כל הצלחות לשולחן חג כיתתי על הקיר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דוגמה אחת למוחשי (כמו מאכל) ודוגמה אחת לבלתי מוחשי (כמו מנגינה או סיפור), בשפה ברורה ומסודרת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הצעות מכבדות כמו: להביא מאכל מהמסורת שלה, לכתוב איחול לשנה טובה בשפה שלה, או לשתף איך מברכים שנה חדשה אצלה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תקיעה, שברים, תרועה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תמר – שיתמו אויבינו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המבחינה בין מסורת קבועה לבין שינוי בין דורות או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אמיתיות של סימנים ואיחולים לפני הפעילות כדי לעורר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לדיון במקרה של אלמז ולהדגיש כבוד למגוון מסורות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המשימה הפתוחה אפשר לחלק לפי רמות כפי שמוצע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בראש השנה יש מנהגים ישנים: שופר, אוכל מיוחד (סימנים), תשליך. נלמד עליהם ונכתוב איחולים.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שאוכלים בראש השנה עם איחול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 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איחול שאומרים לפני אכילת סימן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נגינה מקרן איל שתוקעים בו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ללכת למקור מים ולהשליך פירורים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 או לראות אותו, כמו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לגעת בו, כמו מנגינה או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במשפחה או בעם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מצלילי השופר, צליל ארוך ואחיד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מאכלי סימן יש במשפחות מסוימות?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איחול אומרים לפני הסימן?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ברכת המזון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יהי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שהחיינו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הליכה למקור מים והשלכת פירורים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תפילה בבית הכנסת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אכילת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אי אפשר לגעת בו מהרשימה?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צלחת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מנגינת תקיעת השופר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דניאל רצה רק תפוח בדבש?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מספיק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כולם מכירים את התפוח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לא אוהב סימנים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ביקשה כך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בעולם חוגגות ראש השנה באותה צורה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שופר הוא כלי נגינה שעשוי מקרן איל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איחול חדש לשנה טובה גם בלי לחגוג את החג באופן מסורתי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עדן רוצה שרק סימן אחד יהיה על השולחן הכיתתי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מילים הוא חלק מהדרך ליצור איחול לסימן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אכילת סימן נהוג לומר איחול שמתחיל במילים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מנהג ההליכה למקור מים והשלכת פירורים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כלי הנגינה שתוקעים בו בראש השנה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שאפשר לגעת בו או לראות, כמו אוכל,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שעובר מדור לדור במשפחה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איחול שהאויבים יכרתו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צליל שמעורר ללב ולתשובה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איחול לשנה מלאה מצוות כמו גרעינים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איחול לשנה מתוקה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כרתי או כרישה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השלכת חטאים סמלית למים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הכנת צלחת הסימנים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 את כל הצלחות לשולחן חג כיתתי על הקיר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מאכל מוכר או מאכל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ציירו את המאכל על צלחת נייר עגולה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מילה שנשמעת דומה לשם המאכל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איחול שמתחיל ב'יהי רצון ש...'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פסקה: איך חוגגים ראש השנה אצלכם או אצל אדם שאתם מכירים? ציינו דבר מוחשי אחד ודבר בלתי מוחשי אחד בחג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להציע לאלמז, שמשפחתה חוגגת אחרת ולא בטוחה מה להביא לשולחן הכיתתי?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צלילי השופר?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סימן אחד ואיחול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שנשאר כמו פעם בחג ודבר אחד שמשתנה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